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76" w:lineRule="auto"/>
      </w:pPr>
      <w:r>
        <w:rPr>
          <w:rFonts w:ascii="Aptos" w:hAnsi="Aptos"/>
          <w:b/>
          <w:i w:val="0"/>
          <w:color w:val="A97838"/>
          <w:sz w:val="20"/>
        </w:rPr>
        <w:t>BLACK SWAN BISTRO</w:t>
      </w:r>
    </w:p>
    <w:p>
      <w:pPr>
        <w:spacing w:before="0" w:after="80" w:line="276" w:lineRule="auto"/>
      </w:pPr>
      <w:r>
        <w:rPr>
          <w:rFonts w:ascii="Aptos" w:hAnsi="Aptos"/>
          <w:b/>
          <w:i w:val="0"/>
          <w:color w:val="242424"/>
          <w:sz w:val="50"/>
        </w:rPr>
        <w:t>Student Deployment Checklist</w:t>
      </w:r>
    </w:p>
    <w:p>
      <w:pPr>
        <w:spacing w:before="0" w:after="260" w:line="276" w:lineRule="auto"/>
      </w:pPr>
      <w:r>
        <w:rPr>
          <w:rFonts w:ascii="Aptos" w:hAnsi="Aptos"/>
          <w:b w:val="0"/>
          <w:i/>
          <w:color w:val="6B6762"/>
          <w:sz w:val="22"/>
        </w:rPr>
        <w:t>Part 6: Deploy the Site  |  Check an item only after you verify it yourself.</w:t>
      </w:r>
    </w:p>
    <w:p>
      <w:pPr>
        <w:spacing w:before="0" w:after="100" w:line="276" w:lineRule="auto"/>
      </w:pPr>
      <w:r>
        <w:rPr>
          <w:rFonts w:ascii="Aptos" w:hAnsi="Aptos"/>
          <w:b/>
          <w:i w:val="0"/>
          <w:color w:val="6F1D2B"/>
          <w:sz w:val="22"/>
        </w:rPr>
        <w:t xml:space="preserve">Student: </w:t>
      </w:r>
      <w:r>
        <w:rPr>
          <w:rFonts w:ascii="Aptos" w:hAnsi="Aptos"/>
          <w:b w:val="0"/>
          <w:i w:val="0"/>
          <w:color w:val="6B6762"/>
          <w:sz w:val="22"/>
        </w:rPr>
        <w:t>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ptos" w:hAnsi="Aptos"/>
          <w:b/>
          <w:i w:val="0"/>
          <w:color w:val="6F1D2B"/>
          <w:sz w:val="22"/>
        </w:rPr>
        <w:t xml:space="preserve">Project URL: </w:t>
      </w:r>
      <w:r>
        <w:rPr>
          <w:rFonts w:ascii="Aptos" w:hAnsi="Aptos"/>
          <w:b w:val="0"/>
          <w:i w:val="0"/>
          <w:color w:val="6B6762"/>
          <w:sz w:val="22"/>
        </w:rPr>
        <w:t>____________________________________________________________________________</w:t>
      </w:r>
    </w:p>
    <w:p>
      <w:pPr>
        <w:spacing w:before="0" w:after="240" w:line="276" w:lineRule="auto"/>
      </w:pPr>
      <w:r>
        <w:rPr>
          <w:rFonts w:ascii="Aptos" w:hAnsi="Aptos"/>
          <w:b/>
          <w:i w:val="0"/>
          <w:color w:val="6F1D2B"/>
          <w:sz w:val="22"/>
        </w:rPr>
        <w:t>Pathway:   ☐ Static HTML / traditional hosting    ☐ GitHub Pages    ☐ Vercel</w:t>
      </w:r>
    </w:p>
    <w:p>
      <w:pPr>
        <w:pStyle w:val="Heading1"/>
        <w:pageBreakBefore w:val="0"/>
      </w:pPr>
      <w:r>
        <w:rPr>
          <w:rFonts w:ascii="Aptos" w:hAnsi="Aptos"/>
          <w:b/>
          <w:i w:val="0"/>
          <w:color w:val="6F1D2B"/>
          <w:sz w:val="32"/>
        </w:rPr>
        <w:t>1. Protect the project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have a backup or a clean Git commit before deployment changes.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know which folder or branch is the release source.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have not included passwords, API keys, private data, or real secret .env files.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know how to restore the previous live version.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 w:val="0"/>
      </w:pPr>
      <w:r>
        <w:rPr>
          <w:rFonts w:ascii="Aptos" w:hAnsi="Aptos"/>
          <w:b/>
          <w:i w:val="0"/>
          <w:color w:val="6F1D2B"/>
          <w:sz w:val="32"/>
        </w:rPr>
        <w:t>2. Prepare the release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Bistro content, address, hours, menu, and contact details are final.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Placeholder text, test links, and unused public files are removed.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Filenames and import paths use matching capitalisation.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Images are appropriately sized and compressed.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Page titles, descriptions, headings, and image alternative text are present.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/>
      </w:pPr>
      <w:r>
        <w:rPr>
          <w:rFonts w:ascii="Aptos" w:hAnsi="Aptos"/>
          <w:b/>
          <w:i w:val="0"/>
          <w:color w:val="6F1D2B"/>
          <w:sz w:val="32"/>
        </w:rPr>
        <w:t>3A. Static HTML / traditional hosting</w:t>
      </w:r>
    </w:p>
    <w:p>
      <w:pPr>
        <w:spacing w:before="0" w:after="100" w:line="276" w:lineRule="auto"/>
      </w:pPr>
      <w:r>
        <w:rPr>
          <w:rFonts w:ascii="Aptos" w:hAnsi="Aptos"/>
          <w:b w:val="0"/>
          <w:i/>
          <w:color w:val="6B6762"/>
          <w:sz w:val="19"/>
        </w:rPr>
        <w:t>Skip this section if you are deploying Vue/Vite.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My clean release folder has index.html at its top level.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tested the release through a local web server.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confirmed the exact document root for the domain.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backed up any existing site in that document root.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uploaded the release contents without an accidental extra folder.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server contains the expected CSS, JavaScript, image, and page files.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removed the upload archive if it is no longer needed.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 w:val="0"/>
      </w:pPr>
      <w:r>
        <w:rPr>
          <w:rFonts w:ascii="Aptos" w:hAnsi="Aptos"/>
          <w:b/>
          <w:i w:val="0"/>
          <w:color w:val="6F1D2B"/>
          <w:sz w:val="32"/>
        </w:rPr>
        <w:t>3B. Vue/Vite, GitHub, and hosting</w:t>
      </w:r>
    </w:p>
    <w:p>
      <w:pPr>
        <w:spacing w:before="0" w:after="100" w:line="276" w:lineRule="auto"/>
      </w:pPr>
      <w:r>
        <w:rPr>
          <w:rFonts w:ascii="Aptos" w:hAnsi="Aptos"/>
          <w:b w:val="0"/>
          <w:i/>
          <w:color w:val="6B6762"/>
          <w:sz w:val="19"/>
        </w:rPr>
        <w:t>Skip this section if you are deploying plain static HTML.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npm install or npm ci succeeds.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npm run build succeeds and produces dist.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npm run preview shows the correct production build.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package.json, the lockfile, source, public assets, and config are committed.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node_modules, dist, and real secret files are excluded from Git.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intended repository and production branch are pushed to GitHub.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/>
      </w:pPr>
      <w:r>
        <w:rPr>
          <w:rFonts w:ascii="Aptos" w:hAnsi="Aptos"/>
          <w:b/>
          <w:i w:val="0"/>
          <w:color w:val="6F1D2B"/>
          <w:sz w:val="32"/>
        </w:rPr>
        <w:t>3C. Platform-specific deployment</w:t>
      </w:r>
    </w:p>
    <w:p>
      <w:pPr>
        <w:pStyle w:val="Heading2"/>
      </w:pPr>
      <w:r>
        <w:rPr>
          <w:rFonts w:ascii="Aptos" w:hAnsi="Aptos"/>
          <w:b/>
          <w:i w:val="0"/>
          <w:color w:val="6F1D2B"/>
          <w:sz w:val="26"/>
        </w:rPr>
        <w:t>If using GitHub Pages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Vite base matches /REPOSITORY/, /, or the custom-domain setup.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.github/workflows/deploy.yml builds and uploads dist.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Repository Settings to Pages uses GitHub Actions as its source.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latest Pages workflow completes successfully.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My Vue Router history strategy works on direct visits and refreshes.</w:t>
            </w:r>
          </w:p>
        </w:tc>
      </w:tr>
    </w:tbl>
    <w:p>
      <w:pPr>
        <w:spacing w:before="0" w:after="60" w:line="276" w:lineRule="auto"/>
      </w:pPr>
    </w:p>
    <w:p>
      <w:pPr>
        <w:pStyle w:val="Heading2"/>
      </w:pPr>
      <w:r>
        <w:rPr>
          <w:rFonts w:ascii="Aptos" w:hAnsi="Aptos"/>
          <w:b/>
          <w:i w:val="0"/>
          <w:color w:val="6F1D2B"/>
          <w:sz w:val="26"/>
        </w:rPr>
        <w:t>If using Vercel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correct GitHub repository and project root are imported.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Vercel detects Vite, npm run build, and dist correctly.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Required environment variables exist in the correct environment.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production branch is correct.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If this is a history-mode SPA, its direct-route rewrite is configured.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A preview deployment has been reviewed when available.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/>
      </w:pPr>
      <w:r>
        <w:rPr>
          <w:rFonts w:ascii="Aptos" w:hAnsi="Aptos"/>
          <w:b/>
          <w:i w:val="0"/>
          <w:color w:val="6F1D2B"/>
          <w:sz w:val="32"/>
        </w:rPr>
        <w:t>4. Test the public URL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expected URL loads the current site over HTTPS.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home page is not a host placeholder, directory listing, or old release.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All pages/views, navigation links, buttons, and footer links work.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Images, fonts, CSS, and JavaScript load without 404 errors.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Mobile, tablet, and desktop layouts are usable.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Keyboard navigation works and focus is visible.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Text remains readable at 200% browser zoom.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Informative images have useful alt text.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Contact links and forms behave honestly and correctly.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Direct visits and refreshes work for every client-side route.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The browser console has no unexplained errors.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tested in another browser or on another device.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  <w:pageBreakBefore/>
      </w:pPr>
      <w:r>
        <w:rPr>
          <w:rFonts w:ascii="Aptos" w:hAnsi="Aptos"/>
          <w:b/>
          <w:i w:val="0"/>
          <w:color w:val="6F1D2B"/>
          <w:sz w:val="32"/>
        </w:rPr>
        <w:t>5. Record the release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60"/>
        <w:gridCol w:w="8400"/>
      </w:tblGrid>
      <w:tr>
        <w:trPr>
          <w:tblHeader w:val="true"/>
        </w:trPr>
        <w:tc>
          <w:tcPr>
            <w:tcW w:type="dxa" w:w="96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DONE</w:t>
            </w:r>
          </w:p>
        </w:tc>
        <w:tc>
          <w:tcPr>
            <w:tcW w:type="dxa" w:w="8400"/>
            <w:shd w:fill="242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VERIFY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recorded the live URL and deployment date.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recorded the host, repository, and production branch.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know where to read build or deployment logs.</w:t>
            </w:r>
          </w:p>
        </w:tc>
      </w:tr>
      <w:tr>
        <w:trPr>
          <w:cantSplit/>
        </w:trPr>
        <w:tc>
          <w:tcPr>
            <w:tcW w:type="dxa" w:w="96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shd w:fill="F7F3E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made and verified one small follow-up deployment.</w:t>
            </w:r>
          </w:p>
        </w:tc>
      </w:tr>
      <w:tr>
        <w:trPr>
          <w:cantSplit/>
        </w:trPr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ptos" w:hAnsi="Aptos"/>
                <w:b w:val="0"/>
                <w:i w:val="0"/>
                <w:color w:val="6F1D2B"/>
                <w:sz w:val="30"/>
              </w:rPr>
              <w:t>☐</w:t>
            </w:r>
          </w:p>
        </w:tc>
        <w:tc>
          <w:tcPr>
            <w:tcW w:type="dxa" w:w="8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ptos" w:hAnsi="Aptos"/>
                <w:b w:val="0"/>
                <w:i w:val="0"/>
                <w:color w:val="242424"/>
                <w:sz w:val="20"/>
              </w:rPr>
              <w:t>I saved any DNS, domain, or HTTPS notes for the next release.</w:t>
            </w:r>
          </w:p>
        </w:tc>
      </w:tr>
    </w:tbl>
    <w:p>
      <w:pPr>
        <w:spacing w:before="0" w:after="60" w:line="276" w:lineRule="auto"/>
      </w:pPr>
    </w:p>
    <w:p>
      <w:pPr>
        <w:pStyle w:val="Heading1"/>
      </w:pPr>
      <w:r>
        <w:rPr>
          <w:rFonts w:ascii="Aptos" w:hAnsi="Aptos"/>
          <w:b/>
          <w:i w:val="0"/>
          <w:color w:val="6F1D2B"/>
          <w:sz w:val="32"/>
        </w:rPr>
        <w:t>Sign-off</w:t>
      </w:r>
    </w:p>
    <w:p>
      <w:pPr>
        <w:spacing w:before="0" w:after="220" w:line="276" w:lineRule="auto"/>
      </w:pPr>
      <w:r>
        <w:rPr>
          <w:rFonts w:ascii="Aptos" w:hAnsi="Aptos"/>
          <w:b/>
          <w:i w:val="0"/>
          <w:color w:val="242424"/>
          <w:sz w:val="22"/>
        </w:rPr>
        <w:t>Deployment result:   ☐ Ready    ☐ Ready with noted issue    ☐ Roll back / fix first</w:t>
      </w:r>
    </w:p>
    <w:p>
      <w:pPr>
        <w:spacing w:before="0" w:after="100" w:line="276" w:lineRule="auto"/>
      </w:pPr>
      <w:r>
        <w:rPr>
          <w:rFonts w:ascii="Aptos" w:hAnsi="Aptos"/>
          <w:b/>
          <w:i w:val="0"/>
          <w:color w:val="6F1D2B"/>
          <w:sz w:val="22"/>
        </w:rPr>
        <w:t xml:space="preserve">Issue or follow-up: </w:t>
      </w:r>
      <w:r>
        <w:rPr>
          <w:rFonts w:ascii="Aptos" w:hAnsi="Aptos"/>
          <w:b w:val="0"/>
          <w:i w:val="0"/>
          <w:color w:val="6B6762"/>
          <w:sz w:val="22"/>
        </w:rPr>
        <w:t>______________________________________________________________</w:t>
      </w:r>
    </w:p>
    <w:p>
      <w:pPr>
        <w:spacing w:before="0" w:after="100" w:line="276" w:lineRule="auto"/>
      </w:pPr>
      <w:r>
        <w:rPr>
          <w:rFonts w:ascii="Aptos" w:hAnsi="Aptos"/>
          <w:b/>
          <w:i w:val="0"/>
          <w:color w:val="6F1D2B"/>
          <w:sz w:val="22"/>
        </w:rPr>
        <w:t xml:space="preserve"> </w:t>
      </w:r>
      <w:r>
        <w:rPr>
          <w:rFonts w:ascii="Aptos" w:hAnsi="Aptos"/>
          <w:b w:val="0"/>
          <w:i w:val="0"/>
          <w:color w:val="6B6762"/>
          <w:sz w:val="22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ptos" w:hAnsi="Aptos"/>
          <w:b/>
          <w:i w:val="0"/>
          <w:color w:val="6F1D2B"/>
          <w:sz w:val="22"/>
        </w:rPr>
        <w:t xml:space="preserve">Student signature: </w:t>
      </w:r>
      <w:r>
        <w:rPr>
          <w:rFonts w:ascii="Aptos" w:hAnsi="Aptos"/>
          <w:b w:val="0"/>
          <w:i w:val="0"/>
          <w:color w:val="6B6762"/>
          <w:sz w:val="22"/>
        </w:rPr>
        <w:t>_____________________________________________</w:t>
      </w:r>
    </w:p>
    <w:p>
      <w:pPr>
        <w:spacing w:before="280" w:after="0" w:line="276" w:lineRule="auto"/>
      </w:pPr>
      <w:r>
        <w:rPr>
          <w:rFonts w:ascii="Aptos" w:hAnsi="Aptos"/>
          <w:b w:val="0"/>
          <w:i/>
          <w:color w:val="6B6762"/>
          <w:sz w:val="19"/>
        </w:rPr>
        <w:t>A successful platform run proves the instructions completed. This checklist proves the Bistro is ready for a visitor.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jc w:val="right"/>
    </w:pPr>
    <w:r>
      <w:rPr>
        <w:rFonts w:ascii="Aptos" w:hAnsi="Aptos"/>
        <w:b w:val="0"/>
        <w:i w:val="0"/>
        <w:color w:val="6B6762"/>
        <w:sz w:val="17"/>
      </w:rPr>
      <w:t xml:space="preserve">STUDENT DEPLOYMENT CHECKLIST   | 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Aptos" w:hAnsi="Aptos"/>
        <w:b w:val="0"/>
        <w:i w:val="0"/>
        <w:color w:val="6B6762"/>
        <w:sz w:val="17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76" w:lineRule="auto"/>
      <w:jc w:val="left"/>
    </w:pPr>
    <w:r>
      <w:rPr>
        <w:rFonts w:ascii="Aptos" w:hAnsi="Aptos"/>
        <w:b/>
        <w:i w:val="0"/>
        <w:color w:val="6B6762"/>
        <w:sz w:val="17"/>
      </w:rPr>
      <w:t>GRAPHITEEDGE  /  BLACK SWAN BISTRO  /  PART 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2424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6F1D2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6F1D2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6F1D2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Swan Bistro Part 6 - Student Deployment Checklist</dc:title>
  <dc:subject>Deployment checklist for static HTML, GitHub Pages, and Vercel</dc:subject>
  <dc:creator>GraphiteEdge</dc:creator>
  <cp:keywords>deployment, Vite, Vue, GitHub Pages, Vercel, traditional hosting</cp:keywords>
  <dc:description>Created for Black Swan Bistro Part 6. Technical content verified 4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